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702" w:rsidRPr="005C0278" w:rsidRDefault="00096152">
      <w:pPr>
        <w:spacing w:before="160" w:after="60" w:line="240" w:lineRule="auto"/>
        <w:rPr>
          <w:lang w:val="ru-RU"/>
        </w:rPr>
      </w:pPr>
      <w:r w:rsidRPr="005C0278">
        <w:rPr>
          <w:rFonts w:cs="Calibri"/>
          <w:b/>
          <w:color w:val="1F4D78"/>
          <w:sz w:val="19"/>
          <w:lang w:val="ru-RU"/>
        </w:rPr>
        <w:t>ДОКУМЕНТ ДЛЯ ФОРМ ОБРАТНОЙ СВЯЗИ НА САЙТЕ</w:t>
      </w:r>
    </w:p>
    <w:p w:rsidR="00642702" w:rsidRPr="005C0278" w:rsidRDefault="00096152">
      <w:pPr>
        <w:spacing w:after="80" w:line="259" w:lineRule="auto"/>
        <w:rPr>
          <w:lang w:val="ru-RU"/>
        </w:rPr>
      </w:pPr>
      <w:r w:rsidRPr="005C0278">
        <w:rPr>
          <w:rFonts w:cs="Calibri"/>
          <w:b/>
          <w:color w:val="0B2545"/>
          <w:sz w:val="40"/>
          <w:lang w:val="ru-RU"/>
        </w:rPr>
        <w:t>Согласие субъекта на обработку персональных данных</w:t>
      </w:r>
    </w:p>
    <w:p w:rsidR="00642702" w:rsidRPr="005C0278" w:rsidRDefault="00096152">
      <w:pPr>
        <w:spacing w:after="240" w:line="269" w:lineRule="auto"/>
        <w:rPr>
          <w:lang w:val="ru-RU"/>
        </w:rPr>
      </w:pPr>
      <w:r w:rsidRPr="005C0278">
        <w:rPr>
          <w:rFonts w:cs="Calibri"/>
          <w:color w:val="5A6270"/>
          <w:sz w:val="21"/>
          <w:lang w:val="ru-RU"/>
        </w:rPr>
        <w:t xml:space="preserve">Для русскоязычной, англоязычной версий сайта </w:t>
      </w:r>
      <w:r w:rsidR="005C0278">
        <w:rPr>
          <w:rFonts w:cs="Calibri"/>
          <w:color w:val="5A6270"/>
          <w:sz w:val="21"/>
        </w:rPr>
        <w:t>MikhailYakushev</w:t>
      </w:r>
    </w:p>
    <w:tbl>
      <w:tblPr>
        <w:tblW w:w="9356" w:type="dxa"/>
        <w:tblInd w:w="12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7124"/>
      </w:tblGrid>
      <w:tr w:rsidR="00642702" w:rsidRPr="005C0278" w:rsidTr="005C0278">
        <w:tc>
          <w:tcPr>
            <w:tcW w:w="223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096152">
            <w:pPr>
              <w:spacing w:after="0" w:line="259" w:lineRule="auto"/>
            </w:pPr>
            <w:r>
              <w:rPr>
                <w:rFonts w:cs="Calibri"/>
                <w:b/>
                <w:color w:val="1F4D78"/>
                <w:sz w:val="19"/>
              </w:rPr>
              <w:t>Оператор</w:t>
            </w:r>
          </w:p>
        </w:tc>
        <w:tc>
          <w:tcPr>
            <w:tcW w:w="7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5C0278" w:rsidRDefault="00767FFD">
            <w:pPr>
              <w:spacing w:after="0" w:line="259" w:lineRule="auto"/>
              <w:rPr>
                <w:lang w:val="ru-RU"/>
              </w:rPr>
            </w:pPr>
            <w:r>
              <w:rPr>
                <w:rFonts w:cs="Calibri"/>
                <w:color w:val="000000"/>
                <w:sz w:val="20"/>
                <w:lang w:val="ru-RU"/>
              </w:rPr>
              <w:t>Самозанятый Якушев Михаил Игоревич</w:t>
            </w:r>
          </w:p>
        </w:tc>
      </w:tr>
      <w:tr w:rsidR="00642702" w:rsidTr="005C0278">
        <w:tc>
          <w:tcPr>
            <w:tcW w:w="223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5C0278" w:rsidRDefault="005C0278">
            <w:pPr>
              <w:spacing w:after="0" w:line="259" w:lineRule="auto"/>
              <w:rPr>
                <w:lang w:val="ru-RU"/>
              </w:rPr>
            </w:pPr>
            <w:r>
              <w:rPr>
                <w:rFonts w:cs="Calibri"/>
                <w:b/>
                <w:color w:val="1F4D78"/>
                <w:sz w:val="19"/>
                <w:lang w:val="ru-RU"/>
              </w:rPr>
              <w:t>ИНН</w:t>
            </w:r>
          </w:p>
        </w:tc>
        <w:tc>
          <w:tcPr>
            <w:tcW w:w="7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767FFD">
            <w:pPr>
              <w:spacing w:after="0" w:line="259" w:lineRule="auto"/>
            </w:pPr>
            <w:r>
              <w:rPr>
                <w:rFonts w:ascii="Segoe UI" w:eastAsia="Segoe UI" w:hAnsi="Segoe UI" w:cs="Segoe UI"/>
                <w:color w:val="0F1115"/>
                <w:shd w:val="clear" w:color="auto" w:fill="FFFFFF"/>
                <w:lang w:val="ru-RU"/>
              </w:rPr>
              <w:t>213004880709</w:t>
            </w:r>
          </w:p>
        </w:tc>
      </w:tr>
      <w:tr w:rsidR="00642702" w:rsidRPr="00767FFD" w:rsidTr="005C0278">
        <w:tc>
          <w:tcPr>
            <w:tcW w:w="223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096152">
            <w:pPr>
              <w:spacing w:after="0" w:line="259" w:lineRule="auto"/>
            </w:pPr>
            <w:r>
              <w:rPr>
                <w:rFonts w:cs="Calibri"/>
                <w:b/>
                <w:color w:val="1F4D78"/>
                <w:sz w:val="19"/>
              </w:rPr>
              <w:t>Контакты</w:t>
            </w:r>
          </w:p>
        </w:tc>
        <w:tc>
          <w:tcPr>
            <w:tcW w:w="7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767FFD" w:rsidRDefault="00767FFD">
            <w:pPr>
              <w:spacing w:after="0" w:line="259" w:lineRule="auto"/>
            </w:pPr>
            <w:r>
              <w:rPr>
                <w:rFonts w:cs="Calibri"/>
                <w:color w:val="000000"/>
                <w:sz w:val="20"/>
              </w:rPr>
              <w:t>mikhail</w:t>
            </w:r>
            <w:r w:rsidRPr="00767FFD">
              <w:rPr>
                <w:rFonts w:cs="Calibri"/>
                <w:color w:val="000000"/>
                <w:sz w:val="20"/>
              </w:rPr>
              <w:t>.</w:t>
            </w:r>
            <w:r>
              <w:rPr>
                <w:rFonts w:cs="Calibri"/>
                <w:color w:val="000000"/>
                <w:sz w:val="20"/>
              </w:rPr>
              <w:t>yakushev</w:t>
            </w:r>
            <w:r w:rsidRPr="00767FFD">
              <w:rPr>
                <w:rFonts w:cs="Calibri"/>
                <w:color w:val="000000"/>
                <w:sz w:val="20"/>
              </w:rPr>
              <w:t>.2026@</w:t>
            </w:r>
            <w:r>
              <w:rPr>
                <w:rFonts w:cs="Calibri"/>
                <w:color w:val="000000"/>
                <w:sz w:val="20"/>
              </w:rPr>
              <w:t>mail</w:t>
            </w:r>
            <w:r w:rsidRPr="00767FFD">
              <w:rPr>
                <w:rFonts w:cs="Calibri"/>
                <w:color w:val="000000"/>
                <w:sz w:val="20"/>
              </w:rPr>
              <w:t>.</w:t>
            </w:r>
            <w:r>
              <w:rPr>
                <w:rFonts w:cs="Calibri"/>
                <w:color w:val="000000"/>
                <w:sz w:val="20"/>
              </w:rPr>
              <w:t>ru</w:t>
            </w:r>
            <w:r w:rsidR="00096152" w:rsidRPr="00767FFD">
              <w:rPr>
                <w:rFonts w:cs="Calibri"/>
                <w:color w:val="000000"/>
                <w:sz w:val="20"/>
              </w:rPr>
              <w:t xml:space="preserve">; </w:t>
            </w:r>
            <w:r>
              <w:rPr>
                <w:rFonts w:cs="Calibri"/>
                <w:color w:val="000000"/>
                <w:sz w:val="20"/>
              </w:rPr>
              <w:t>mikhailyakushev</w:t>
            </w:r>
            <w:r w:rsidRPr="00767FFD">
              <w:rPr>
                <w:rFonts w:cs="Calibri"/>
                <w:color w:val="000000"/>
                <w:sz w:val="20"/>
              </w:rPr>
              <w:t>.</w:t>
            </w:r>
            <w:r>
              <w:rPr>
                <w:rFonts w:cs="Calibri"/>
                <w:color w:val="000000"/>
                <w:sz w:val="20"/>
              </w:rPr>
              <w:t>com</w:t>
            </w:r>
          </w:p>
        </w:tc>
      </w:tr>
      <w:tr w:rsidR="00642702" w:rsidRPr="00553449" w:rsidTr="005C0278">
        <w:tc>
          <w:tcPr>
            <w:tcW w:w="223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767FFD" w:rsidRDefault="00096152">
            <w:pPr>
              <w:spacing w:after="0" w:line="259" w:lineRule="auto"/>
              <w:rPr>
                <w:lang w:val="ru-RU"/>
              </w:rPr>
            </w:pPr>
            <w:r w:rsidRPr="00767FFD">
              <w:rPr>
                <w:rFonts w:cs="Calibri"/>
                <w:b/>
                <w:color w:val="1F4D78"/>
                <w:sz w:val="19"/>
                <w:lang w:val="ru-RU"/>
              </w:rPr>
              <w:t>Сайты</w:t>
            </w:r>
          </w:p>
        </w:tc>
        <w:tc>
          <w:tcPr>
            <w:tcW w:w="7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767FFD" w:rsidRDefault="00767FFD">
            <w:pPr>
              <w:spacing w:after="0" w:line="259" w:lineRule="auto"/>
              <w:rPr>
                <w:lang w:val="ru-RU"/>
              </w:rPr>
            </w:pPr>
            <w:r w:rsidRPr="00767FFD">
              <w:rPr>
                <w:rFonts w:cs="Calibri"/>
                <w:color w:val="000000"/>
                <w:sz w:val="20"/>
              </w:rPr>
              <w:t>https</w:t>
            </w:r>
            <w:r w:rsidRPr="00767FFD">
              <w:rPr>
                <w:rFonts w:cs="Calibri"/>
                <w:color w:val="000000"/>
                <w:sz w:val="20"/>
                <w:lang w:val="ru-RU"/>
              </w:rPr>
              <w:t>://</w:t>
            </w:r>
            <w:r w:rsidRPr="00767FFD">
              <w:rPr>
                <w:rFonts w:cs="Calibri"/>
                <w:color w:val="000000"/>
                <w:sz w:val="20"/>
              </w:rPr>
              <w:t>mikhailyakushev</w:t>
            </w:r>
            <w:r w:rsidRPr="00767FFD">
              <w:rPr>
                <w:rFonts w:cs="Calibri"/>
                <w:color w:val="000000"/>
                <w:sz w:val="20"/>
                <w:lang w:val="ru-RU"/>
              </w:rPr>
              <w:t>.</w:t>
            </w:r>
            <w:r w:rsidRPr="00767FFD">
              <w:rPr>
                <w:rFonts w:cs="Calibri"/>
                <w:color w:val="000000"/>
                <w:sz w:val="20"/>
              </w:rPr>
              <w:t>com</w:t>
            </w:r>
            <w:r w:rsidRPr="00767FFD">
              <w:rPr>
                <w:rFonts w:cs="Calibri"/>
                <w:color w:val="000000"/>
                <w:sz w:val="20"/>
                <w:lang w:val="ru-RU"/>
              </w:rPr>
              <w:t xml:space="preserve">/  </w:t>
            </w:r>
            <w:r w:rsidRPr="00767FFD">
              <w:rPr>
                <w:rFonts w:cs="Calibri"/>
                <w:color w:val="000000"/>
                <w:sz w:val="20"/>
              </w:rPr>
              <w:t>https</w:t>
            </w:r>
            <w:r w:rsidRPr="00767FFD">
              <w:rPr>
                <w:rFonts w:cs="Calibri"/>
                <w:color w:val="000000"/>
                <w:sz w:val="20"/>
                <w:lang w:val="ru-RU"/>
              </w:rPr>
              <w:t>://</w:t>
            </w:r>
            <w:r w:rsidRPr="00767FFD">
              <w:rPr>
                <w:rFonts w:cs="Calibri"/>
                <w:color w:val="000000"/>
                <w:sz w:val="20"/>
              </w:rPr>
              <w:t>mikhailyakushev</w:t>
            </w:r>
            <w:r w:rsidRPr="00767FFD">
              <w:rPr>
                <w:rFonts w:cs="Calibri"/>
                <w:color w:val="000000"/>
                <w:sz w:val="20"/>
                <w:lang w:val="ru-RU"/>
              </w:rPr>
              <w:t>.</w:t>
            </w:r>
            <w:r w:rsidRPr="00767FFD">
              <w:rPr>
                <w:rFonts w:cs="Calibri"/>
                <w:color w:val="000000"/>
                <w:sz w:val="20"/>
              </w:rPr>
              <w:t>com</w:t>
            </w:r>
            <w:r w:rsidRPr="00767FFD">
              <w:rPr>
                <w:rFonts w:cs="Calibri"/>
                <w:color w:val="000000"/>
                <w:sz w:val="20"/>
                <w:lang w:val="ru-RU"/>
              </w:rPr>
              <w:t>/</w:t>
            </w:r>
            <w:r w:rsidRPr="00767FFD">
              <w:rPr>
                <w:rFonts w:cs="Calibri"/>
                <w:color w:val="000000"/>
                <w:sz w:val="20"/>
              </w:rPr>
              <w:t>en</w:t>
            </w:r>
          </w:p>
        </w:tc>
      </w:tr>
    </w:tbl>
    <w:p w:rsidR="00642702" w:rsidRPr="00767FFD" w:rsidRDefault="00642702">
      <w:pPr>
        <w:spacing w:after="40"/>
        <w:rPr>
          <w:lang w:val="ru-RU"/>
        </w:rPr>
      </w:pPr>
    </w:p>
    <w:p w:rsidR="00642702" w:rsidRPr="005C0278" w:rsidRDefault="00096152">
      <w:pPr>
        <w:spacing w:after="160"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Я</w:t>
      </w:r>
      <w:r w:rsidRPr="00767FFD">
        <w:rPr>
          <w:rFonts w:cs="Calibri"/>
          <w:color w:val="000000"/>
          <w:lang w:val="ru-RU"/>
        </w:rPr>
        <w:t xml:space="preserve"> (</w:t>
      </w:r>
      <w:r w:rsidRPr="005C0278">
        <w:rPr>
          <w:rFonts w:cs="Calibri"/>
          <w:color w:val="000000"/>
          <w:lang w:val="ru-RU"/>
        </w:rPr>
        <w:t>далее</w:t>
      </w:r>
      <w:r w:rsidRPr="00767FFD">
        <w:rPr>
          <w:rFonts w:cs="Calibri"/>
          <w:color w:val="000000"/>
          <w:lang w:val="ru-RU"/>
        </w:rPr>
        <w:t xml:space="preserve"> - «</w:t>
      </w:r>
      <w:r w:rsidRPr="005C0278">
        <w:rPr>
          <w:rFonts w:cs="Calibri"/>
          <w:color w:val="000000"/>
          <w:lang w:val="ru-RU"/>
        </w:rPr>
        <w:t xml:space="preserve">Субъект»), чьи персональные данные были указаны в форме обратной связи на русскоязычной версии Сайта </w:t>
      </w:r>
      <w:r w:rsidR="00767FFD" w:rsidRPr="00767FFD">
        <w:rPr>
          <w:rFonts w:cs="Calibri"/>
          <w:color w:val="000000"/>
          <w:sz w:val="20"/>
        </w:rPr>
        <w:t>https</w:t>
      </w:r>
      <w:r w:rsidR="00767FFD" w:rsidRPr="00767FFD">
        <w:rPr>
          <w:rFonts w:cs="Calibri"/>
          <w:color w:val="000000"/>
          <w:sz w:val="20"/>
          <w:lang w:val="ru-RU"/>
        </w:rPr>
        <w:t>://</w:t>
      </w:r>
      <w:r w:rsidR="00767FFD" w:rsidRPr="00767FFD">
        <w:rPr>
          <w:rFonts w:cs="Calibri"/>
          <w:color w:val="000000"/>
          <w:sz w:val="20"/>
        </w:rPr>
        <w:t>mikhailyakushev</w:t>
      </w:r>
      <w:r w:rsidR="00767FFD" w:rsidRPr="00767FFD">
        <w:rPr>
          <w:rFonts w:cs="Calibri"/>
          <w:color w:val="000000"/>
          <w:sz w:val="20"/>
          <w:lang w:val="ru-RU"/>
        </w:rPr>
        <w:t>.</w:t>
      </w:r>
      <w:r w:rsidR="00767FFD" w:rsidRPr="00767FFD">
        <w:rPr>
          <w:rFonts w:cs="Calibri"/>
          <w:color w:val="000000"/>
          <w:sz w:val="20"/>
        </w:rPr>
        <w:t>com</w:t>
      </w:r>
      <w:r w:rsidR="00767FFD" w:rsidRPr="00767FFD">
        <w:rPr>
          <w:rFonts w:cs="Calibri"/>
          <w:color w:val="000000"/>
          <w:sz w:val="20"/>
          <w:lang w:val="ru-RU"/>
        </w:rPr>
        <w:t xml:space="preserve">/  </w:t>
      </w:r>
      <w:r w:rsidRPr="005C0278">
        <w:rPr>
          <w:rFonts w:cs="Calibri"/>
          <w:color w:val="000000"/>
          <w:lang w:val="ru-RU"/>
        </w:rPr>
        <w:t xml:space="preserve">и/или англоязычной версии Сайта </w:t>
      </w:r>
      <w:r w:rsidR="00767FFD" w:rsidRPr="00767FFD">
        <w:rPr>
          <w:rFonts w:cs="Calibri"/>
          <w:color w:val="000000"/>
          <w:sz w:val="20"/>
        </w:rPr>
        <w:t>https</w:t>
      </w:r>
      <w:r w:rsidR="00767FFD" w:rsidRPr="00767FFD">
        <w:rPr>
          <w:rFonts w:cs="Calibri"/>
          <w:color w:val="000000"/>
          <w:sz w:val="20"/>
          <w:lang w:val="ru-RU"/>
        </w:rPr>
        <w:t>://</w:t>
      </w:r>
      <w:r w:rsidR="00767FFD" w:rsidRPr="00767FFD">
        <w:rPr>
          <w:rFonts w:cs="Calibri"/>
          <w:color w:val="000000"/>
          <w:sz w:val="20"/>
        </w:rPr>
        <w:t>mikhailyakushev</w:t>
      </w:r>
      <w:r w:rsidR="00767FFD" w:rsidRPr="00767FFD">
        <w:rPr>
          <w:rFonts w:cs="Calibri"/>
          <w:color w:val="000000"/>
          <w:sz w:val="20"/>
          <w:lang w:val="ru-RU"/>
        </w:rPr>
        <w:t>.</w:t>
      </w:r>
      <w:r w:rsidR="00767FFD" w:rsidRPr="00767FFD">
        <w:rPr>
          <w:rFonts w:cs="Calibri"/>
          <w:color w:val="000000"/>
          <w:sz w:val="20"/>
        </w:rPr>
        <w:t>com</w:t>
      </w:r>
      <w:r w:rsidR="00767FFD" w:rsidRPr="00767FFD">
        <w:rPr>
          <w:rFonts w:cs="Calibri"/>
          <w:color w:val="000000"/>
          <w:sz w:val="20"/>
          <w:lang w:val="ru-RU"/>
        </w:rPr>
        <w:t>/</w:t>
      </w:r>
      <w:r w:rsidR="00767FFD" w:rsidRPr="00767FFD">
        <w:rPr>
          <w:rFonts w:cs="Calibri"/>
          <w:color w:val="000000"/>
          <w:sz w:val="20"/>
        </w:rPr>
        <w:t>en</w:t>
      </w:r>
      <w:r w:rsidR="00767FFD" w:rsidRPr="005C0278">
        <w:rPr>
          <w:rFonts w:cs="Calibri"/>
          <w:color w:val="000000"/>
          <w:lang w:val="ru-RU"/>
        </w:rPr>
        <w:t xml:space="preserve"> </w:t>
      </w:r>
      <w:r w:rsidR="00767FFD" w:rsidRPr="00767FFD">
        <w:rPr>
          <w:rFonts w:cs="Calibri"/>
          <w:color w:val="000000"/>
          <w:lang w:val="ru-RU"/>
        </w:rPr>
        <w:t>(</w:t>
      </w:r>
      <w:r w:rsidRPr="005C0278">
        <w:rPr>
          <w:rFonts w:cs="Calibri"/>
          <w:color w:val="000000"/>
          <w:lang w:val="ru-RU"/>
        </w:rPr>
        <w:t xml:space="preserve">далее - «Сайт»), действуя свободно, в соответствии со своей волей и в своем интересе, а также подтверждая свою дееспособность, предоставляю конкретное, предметное, информированное, сознательное и однозначное Согласие на обработку своих персональных данных </w:t>
      </w:r>
      <w:r w:rsidR="00767FFD">
        <w:rPr>
          <w:rFonts w:cs="Calibri"/>
          <w:color w:val="000000"/>
          <w:lang w:val="ru-RU"/>
        </w:rPr>
        <w:t xml:space="preserve"> </w:t>
      </w:r>
      <w:r w:rsidRPr="005C0278">
        <w:rPr>
          <w:rFonts w:cs="Calibri"/>
          <w:color w:val="000000"/>
          <w:lang w:val="ru-RU"/>
        </w:rPr>
        <w:t xml:space="preserve">(далее - «Согласие») </w:t>
      </w:r>
      <w:r w:rsidR="005C0278">
        <w:rPr>
          <w:rFonts w:cs="Calibri"/>
          <w:color w:val="000000"/>
          <w:lang w:val="ru-RU"/>
        </w:rPr>
        <w:t>Самозанятому Якушеву Михаилу Игоревичу (ИНН - )</w:t>
      </w:r>
      <w:r w:rsidRPr="005C0278">
        <w:rPr>
          <w:rFonts w:cs="Calibri"/>
          <w:color w:val="000000"/>
          <w:lang w:val="ru-RU"/>
        </w:rPr>
        <w:t>(далее - «Оператор») и его Партнерам (далее - «третьи лица») на условиях, изложенных далее:</w:t>
      </w:r>
    </w:p>
    <w:tbl>
      <w:tblPr>
        <w:tblW w:w="9360" w:type="dxa"/>
        <w:tblInd w:w="120" w:type="dxa"/>
        <w:tblBorders>
          <w:top w:val="single" w:sz="8" w:space="0" w:color="B9C7D8"/>
          <w:left w:val="single" w:sz="8" w:space="0" w:color="B9C7D8"/>
          <w:bottom w:val="single" w:sz="8" w:space="0" w:color="B9C7D8"/>
          <w:right w:val="single" w:sz="8" w:space="0" w:color="B9C7D8"/>
          <w:insideH w:val="single" w:sz="8" w:space="0" w:color="B9C7D8"/>
          <w:insideV w:val="single" w:sz="8" w:space="0" w:color="B9C7D8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42702" w:rsidRPr="00553449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5C0278" w:rsidRDefault="00096152">
            <w:pPr>
              <w:spacing w:after="60"/>
              <w:rPr>
                <w:lang w:val="ru-RU"/>
              </w:rPr>
            </w:pPr>
            <w:r w:rsidRPr="005C0278">
              <w:rPr>
                <w:rFonts w:cs="Calibri"/>
                <w:b/>
                <w:color w:val="1F4D78"/>
                <w:sz w:val="21"/>
                <w:lang w:val="ru-RU"/>
              </w:rPr>
              <w:t>Предоставление Согласия</w:t>
            </w:r>
          </w:p>
          <w:p w:rsidR="00642702" w:rsidRPr="005C0278" w:rsidRDefault="00096152" w:rsidP="00767FFD">
            <w:pPr>
              <w:spacing w:after="0" w:line="269" w:lineRule="auto"/>
              <w:rPr>
                <w:lang w:val="ru-RU"/>
              </w:rPr>
            </w:pPr>
            <w:r w:rsidRPr="005C0278">
              <w:rPr>
                <w:rFonts w:cs="Calibri"/>
                <w:color w:val="000000"/>
                <w:sz w:val="21"/>
                <w:lang w:val="ru-RU"/>
              </w:rPr>
              <w:t>Предоставлением Согласия является постановка соответствующего флажка и нажатие кнопки «</w:t>
            </w:r>
            <w:r w:rsidR="00767FFD">
              <w:rPr>
                <w:rFonts w:cs="Calibri"/>
                <w:color w:val="000000"/>
                <w:sz w:val="21"/>
                <w:lang w:val="ru-RU"/>
              </w:rPr>
              <w:t>Отправить заявку»</w:t>
            </w:r>
            <w:r w:rsidRPr="005C0278">
              <w:rPr>
                <w:rFonts w:cs="Calibri"/>
                <w:color w:val="000000"/>
                <w:sz w:val="21"/>
                <w:lang w:val="ru-RU"/>
              </w:rPr>
              <w:t xml:space="preserve"> на Сайте.</w:t>
            </w:r>
          </w:p>
        </w:tc>
      </w:tr>
    </w:tbl>
    <w:p w:rsidR="00642702" w:rsidRPr="005C0278" w:rsidRDefault="00642702">
      <w:pPr>
        <w:spacing w:after="80"/>
        <w:rPr>
          <w:lang w:val="ru-RU"/>
        </w:rPr>
      </w:pPr>
    </w:p>
    <w:p w:rsidR="00642702" w:rsidRPr="005C0278" w:rsidRDefault="00096152">
      <w:pPr>
        <w:spacing w:after="160"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Данное Согласие дается на обработку персональных данных как без использования средств автоматизации, так и с их использованием.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1. Термины и действия по обработке персональных данных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Под обработкой персональных данных Оператором понимается действие (операция) или совокупность действий (операций)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2. Перечень персональных данных Субъекта</w:t>
      </w:r>
    </w:p>
    <w:p w:rsidR="00642702" w:rsidRPr="005C0278" w:rsidRDefault="00096152">
      <w:pPr>
        <w:spacing w:after="60"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Согласие дается на обработку следующих персональных данных Субъекта:</w:t>
      </w:r>
    </w:p>
    <w:p w:rsidR="00642702" w:rsidRDefault="00553449">
      <w:pPr>
        <w:pStyle w:val="a0"/>
        <w:spacing w:after="60" w:line="269" w:lineRule="auto"/>
        <w:ind w:left="504" w:hanging="216"/>
      </w:pPr>
      <w:r>
        <w:rPr>
          <w:rFonts w:cs="Calibri"/>
          <w:color w:val="000000"/>
          <w:lang w:val="ru-RU"/>
        </w:rPr>
        <w:t>Имя</w:t>
      </w:r>
      <w:r w:rsidR="00096152">
        <w:rPr>
          <w:rFonts w:cs="Calibri"/>
          <w:color w:val="000000"/>
        </w:rPr>
        <w:t>;</w:t>
      </w:r>
    </w:p>
    <w:p w:rsidR="00642702" w:rsidRPr="00553449" w:rsidRDefault="00553449">
      <w:pPr>
        <w:pStyle w:val="a0"/>
        <w:spacing w:after="60" w:line="269" w:lineRule="auto"/>
        <w:ind w:left="504" w:hanging="216"/>
        <w:rPr>
          <w:lang w:val="ru-RU"/>
        </w:rPr>
      </w:pPr>
      <w:r>
        <w:rPr>
          <w:rFonts w:cs="Calibri"/>
          <w:color w:val="000000"/>
        </w:rPr>
        <w:t>номер мобильного телефона</w:t>
      </w:r>
      <w:r w:rsidR="00096152" w:rsidRPr="00767FFD">
        <w:rPr>
          <w:rFonts w:cs="Calibri"/>
          <w:color w:val="000000"/>
          <w:lang w:val="ru-RU"/>
        </w:rPr>
        <w:t>;</w:t>
      </w:r>
    </w:p>
    <w:p w:rsidR="00553449" w:rsidRPr="00767FFD" w:rsidRDefault="00553449">
      <w:pPr>
        <w:pStyle w:val="a0"/>
        <w:spacing w:after="60" w:line="269" w:lineRule="auto"/>
        <w:ind w:left="504" w:hanging="216"/>
        <w:rPr>
          <w:lang w:val="ru-RU"/>
        </w:rPr>
      </w:pPr>
      <w:r>
        <w:rPr>
          <w:rFonts w:cs="Calibri"/>
          <w:color w:val="000000"/>
        </w:rPr>
        <w:t>email;</w:t>
      </w:r>
      <w:bookmarkStart w:id="0" w:name="_GoBack"/>
      <w:bookmarkEnd w:id="0"/>
    </w:p>
    <w:p w:rsidR="00642702" w:rsidRDefault="00767FFD">
      <w:pPr>
        <w:pStyle w:val="a0"/>
        <w:spacing w:after="60" w:line="269" w:lineRule="auto"/>
        <w:ind w:left="504" w:hanging="216"/>
      </w:pPr>
      <w:r>
        <w:rPr>
          <w:rFonts w:cs="Calibri"/>
          <w:color w:val="000000"/>
          <w:lang w:val="ru-RU"/>
        </w:rPr>
        <w:t>комментарии</w:t>
      </w:r>
      <w:r w:rsidR="00096152">
        <w:rPr>
          <w:rFonts w:cs="Calibri"/>
          <w:color w:val="000000"/>
        </w:rPr>
        <w:t>.</w:t>
      </w:r>
    </w:p>
    <w:p w:rsidR="00642702" w:rsidRDefault="00096152">
      <w:pPr>
        <w:pStyle w:val="1"/>
        <w:spacing w:before="280"/>
      </w:pPr>
      <w:r>
        <w:rPr>
          <w:rFonts w:ascii="Calibri" w:eastAsia="Calibri" w:hAnsi="Calibri" w:cs="Calibri"/>
        </w:rPr>
        <w:lastRenderedPageBreak/>
        <w:t>3. Цель обработки персональных данных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Согласие дается на обработку персональных данных Субъекта для следующей цели: продвижение товаров, работ, услуг на рынке, а именно осуществление связи с Субъектом для обработки запроса от Субъекта.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4. Права Субъекта персональных данных</w:t>
      </w:r>
    </w:p>
    <w:p w:rsidR="00642702" w:rsidRPr="005C0278" w:rsidRDefault="00096152">
      <w:pPr>
        <w:spacing w:after="60"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Субъект персональных данных имеет право:</w:t>
      </w:r>
    </w:p>
    <w:p w:rsidR="00642702" w:rsidRPr="005C0278" w:rsidRDefault="00096152">
      <w:pPr>
        <w:pStyle w:val="a0"/>
        <w:spacing w:after="60" w:line="269" w:lineRule="auto"/>
        <w:ind w:left="504" w:hanging="216"/>
        <w:rPr>
          <w:lang w:val="ru-RU"/>
        </w:rPr>
      </w:pPr>
      <w:r w:rsidRPr="005C0278">
        <w:rPr>
          <w:rFonts w:cs="Calibri"/>
          <w:color w:val="000000"/>
          <w:lang w:val="ru-RU"/>
        </w:rPr>
        <w:t>на получение у Оператора информации, касающейся обработки его персональных данных, если такое право не ограничено в соответствии с федеральными законами;</w:t>
      </w:r>
    </w:p>
    <w:p w:rsidR="00642702" w:rsidRPr="005C0278" w:rsidRDefault="00096152">
      <w:pPr>
        <w:pStyle w:val="a0"/>
        <w:spacing w:after="60" w:line="269" w:lineRule="auto"/>
        <w:ind w:left="504" w:hanging="216"/>
        <w:rPr>
          <w:lang w:val="ru-RU"/>
        </w:rPr>
      </w:pPr>
      <w:r w:rsidRPr="005C0278">
        <w:rPr>
          <w:rFonts w:cs="Calibri"/>
          <w:color w:val="000000"/>
          <w:lang w:val="ru-RU"/>
        </w:rPr>
        <w:t>на уточнение, блокировку или уничтожение данных,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5. Отзыв Согласия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Согласие может быть отозвано Субъектом или его представителем путем направления письменного заявления</w:t>
      </w:r>
      <w:r w:rsidR="00767FFD">
        <w:rPr>
          <w:rFonts w:cs="Calibri"/>
          <w:color w:val="000000"/>
          <w:lang w:val="ru-RU"/>
        </w:rPr>
        <w:t xml:space="preserve"> по почте </w:t>
      </w:r>
      <w:r w:rsidRPr="005C0278">
        <w:rPr>
          <w:rFonts w:cs="Calibri"/>
          <w:color w:val="000000"/>
          <w:lang w:val="ru-RU"/>
        </w:rPr>
        <w:t>, указанному в начале данного Согласия.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6. Продолжение обработки после отзыва Согласия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 152-ФЗ «О персональных данных» от 27.07.2006 г.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7. Передача персональных данных третьим лицам</w:t>
      </w:r>
    </w:p>
    <w:p w:rsidR="00642702" w:rsidRPr="005C0278" w:rsidRDefault="00096152">
      <w:pPr>
        <w:spacing w:after="100"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Субъект дает согласие на передачу Оператором своих персональных данных третьим лицам для оказания услуг Субъекту, с которыми у Оператора заключены соответствующие поручения на обработку персональных данных:</w:t>
      </w:r>
    </w:p>
    <w:tbl>
      <w:tblPr>
        <w:tblW w:w="9360" w:type="dxa"/>
        <w:tblInd w:w="12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2808"/>
        <w:gridCol w:w="1800"/>
        <w:gridCol w:w="2808"/>
      </w:tblGrid>
      <w:tr w:rsidR="00642702">
        <w:tc>
          <w:tcPr>
            <w:tcW w:w="1944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096152">
            <w:pPr>
              <w:spacing w:after="0" w:line="252" w:lineRule="auto"/>
            </w:pPr>
            <w:r>
              <w:rPr>
                <w:rFonts w:cs="Calibri"/>
                <w:b/>
                <w:color w:val="1F4D78"/>
                <w:sz w:val="18"/>
              </w:rPr>
              <w:t>Третье лицо</w:t>
            </w:r>
          </w:p>
        </w:tc>
        <w:tc>
          <w:tcPr>
            <w:tcW w:w="280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096152">
            <w:pPr>
              <w:spacing w:after="0" w:line="252" w:lineRule="auto"/>
            </w:pPr>
            <w:r>
              <w:rPr>
                <w:rFonts w:cs="Calibri"/>
                <w:b/>
                <w:color w:val="1F4D78"/>
                <w:sz w:val="18"/>
              </w:rPr>
              <w:t>Адрес / серверы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096152">
            <w:pPr>
              <w:spacing w:after="0" w:line="252" w:lineRule="auto"/>
            </w:pPr>
            <w:r>
              <w:rPr>
                <w:rFonts w:cs="Calibri"/>
                <w:b/>
                <w:color w:val="1F4D78"/>
                <w:sz w:val="18"/>
              </w:rPr>
              <w:t>ИНН / КПП</w:t>
            </w:r>
          </w:p>
        </w:tc>
        <w:tc>
          <w:tcPr>
            <w:tcW w:w="280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096152">
            <w:pPr>
              <w:spacing w:after="0" w:line="252" w:lineRule="auto"/>
            </w:pPr>
            <w:r>
              <w:rPr>
                <w:rFonts w:cs="Calibri"/>
                <w:b/>
                <w:color w:val="1F4D78"/>
                <w:sz w:val="18"/>
              </w:rPr>
              <w:t>Действия с персональными данными</w:t>
            </w:r>
          </w:p>
        </w:tc>
      </w:tr>
      <w:tr w:rsidR="00642702"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642702">
            <w:pPr>
              <w:spacing w:after="0" w:line="259" w:lineRule="auto"/>
            </w:pPr>
          </w:p>
        </w:tc>
        <w:tc>
          <w:tcPr>
            <w:tcW w:w="28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Pr="005C0278" w:rsidRDefault="00642702">
            <w:pPr>
              <w:spacing w:after="0" w:line="259" w:lineRule="auto"/>
              <w:rPr>
                <w:lang w:val="ru-RU"/>
              </w:rPr>
            </w:pP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642702">
            <w:pPr>
              <w:spacing w:after="0" w:line="259" w:lineRule="auto"/>
            </w:pPr>
          </w:p>
        </w:tc>
        <w:tc>
          <w:tcPr>
            <w:tcW w:w="28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2702" w:rsidRDefault="00642702">
            <w:pPr>
              <w:spacing w:after="0" w:line="259" w:lineRule="auto"/>
            </w:pPr>
          </w:p>
        </w:tc>
      </w:tr>
    </w:tbl>
    <w:p w:rsidR="00642702" w:rsidRDefault="00096152">
      <w:pPr>
        <w:pStyle w:val="1"/>
        <w:spacing w:before="280"/>
      </w:pPr>
      <w:r>
        <w:rPr>
          <w:rFonts w:ascii="Calibri" w:eastAsia="Calibri" w:hAnsi="Calibri" w:cs="Calibri"/>
        </w:rPr>
        <w:t>8. Правовые основания обработки персональных данных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Основанием для обработки персональных данных является: статья 24 Конституции Российской Федерации, статья 6 Федерального закона № 152-ФЗ «О персональных данных», локальные акты Оператора, настоящее Согласие.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9. Меры защиты персональной информации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Оператор принимает необходимые и достаточные организационные и технические меры для защиты персональной информации Субъекта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lastRenderedPageBreak/>
        <w:t>10. Срок действия Согласия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Настоящее Согласие действует все время до момента прекращения обработки персональных данных, указанных в пункте 6 данного Согласия.</w:t>
      </w:r>
    </w:p>
    <w:p w:rsidR="00642702" w:rsidRPr="005C0278" w:rsidRDefault="00096152">
      <w:pPr>
        <w:pStyle w:val="1"/>
        <w:spacing w:before="280"/>
        <w:rPr>
          <w:lang w:val="ru-RU"/>
        </w:rPr>
      </w:pPr>
      <w:r w:rsidRPr="005C0278">
        <w:rPr>
          <w:rFonts w:ascii="Calibri" w:eastAsia="Calibri" w:hAnsi="Calibri" w:cs="Calibri"/>
          <w:lang w:val="ru-RU"/>
        </w:rPr>
        <w:t>11. Последствия отказа от предоставления персональных данных</w:t>
      </w:r>
    </w:p>
    <w:p w:rsidR="00642702" w:rsidRPr="005C0278" w:rsidRDefault="00096152">
      <w:pPr>
        <w:spacing w:line="269" w:lineRule="auto"/>
        <w:rPr>
          <w:lang w:val="ru-RU"/>
        </w:rPr>
      </w:pPr>
      <w:r w:rsidRPr="005C0278">
        <w:rPr>
          <w:rFonts w:cs="Calibri"/>
          <w:color w:val="000000"/>
          <w:lang w:val="ru-RU"/>
        </w:rPr>
        <w:t>В случае отказа предоставить свои персональные данные Оператор не сможет на законных основаниях осуществлять такую обработку; в этом случае Оператор не сможет обработать запрос Субъекта.</w:t>
      </w:r>
    </w:p>
    <w:sectPr w:rsidR="00642702" w:rsidRPr="005C0278" w:rsidSect="00034616">
      <w:headerReference w:type="default" r:id="rId9"/>
      <w:footerReference w:type="default" r:id="rId10"/>
      <w:pgSz w:w="11906" w:h="16838"/>
      <w:pgMar w:top="1134" w:right="1134" w:bottom="1020" w:left="124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89A" w:rsidRDefault="0025589A">
      <w:pPr>
        <w:spacing w:after="0" w:line="240" w:lineRule="auto"/>
      </w:pPr>
      <w:r>
        <w:separator/>
      </w:r>
    </w:p>
  </w:endnote>
  <w:endnote w:type="continuationSeparator" w:id="0">
    <w:p w:rsidR="0025589A" w:rsidRDefault="0025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702" w:rsidRDefault="00096152">
    <w:pPr>
      <w:pStyle w:val="a7"/>
      <w:jc w:val="right"/>
    </w:pPr>
    <w:r>
      <w:rPr>
        <w:rFonts w:cs="Calibri"/>
        <w:color w:val="5A6270"/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55344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89A" w:rsidRDefault="0025589A">
      <w:pPr>
        <w:spacing w:after="0" w:line="240" w:lineRule="auto"/>
      </w:pPr>
      <w:r>
        <w:separator/>
      </w:r>
    </w:p>
  </w:footnote>
  <w:footnote w:type="continuationSeparator" w:id="0">
    <w:p w:rsidR="0025589A" w:rsidRDefault="00255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702" w:rsidRPr="005C0278" w:rsidRDefault="005C0278">
    <w:pPr>
      <w:pStyle w:val="a5"/>
      <w:pBdr>
        <w:bottom w:val="single" w:sz="6" w:space="4" w:color="D7DBE2"/>
      </w:pBdr>
      <w:spacing w:after="40"/>
      <w:rPr>
        <w:lang w:val="ru-RU"/>
      </w:rPr>
    </w:pPr>
    <w:r>
      <w:rPr>
        <w:rFonts w:cs="Calibri"/>
        <w:b/>
        <w:color w:val="5A6270"/>
        <w:sz w:val="18"/>
        <w:lang w:val="ru-RU"/>
      </w:rPr>
      <w:t>Самозанятый</w:t>
    </w:r>
    <w:r w:rsidRPr="005C0278">
      <w:rPr>
        <w:rFonts w:cs="Calibri"/>
        <w:b/>
        <w:color w:val="5A6270"/>
        <w:sz w:val="18"/>
        <w:lang w:val="ru-RU"/>
      </w:rPr>
      <w:t xml:space="preserve"> </w:t>
    </w:r>
    <w:r>
      <w:rPr>
        <w:rFonts w:cs="Calibri"/>
        <w:b/>
        <w:color w:val="5A6270"/>
        <w:sz w:val="18"/>
        <w:lang w:val="ru-RU"/>
      </w:rPr>
      <w:t>Якушев Михаил Игоревич</w:t>
    </w:r>
    <w:r w:rsidR="00096152" w:rsidRPr="005C0278">
      <w:rPr>
        <w:lang w:val="ru-RU"/>
      </w:rPr>
      <w:t xml:space="preserve">  |  </w:t>
    </w:r>
    <w:r>
      <w:rPr>
        <w:sz w:val="18"/>
        <w:szCs w:val="18"/>
      </w:rPr>
      <w:t>mikhail</w:t>
    </w:r>
    <w:r w:rsidRPr="005C0278">
      <w:rPr>
        <w:sz w:val="18"/>
        <w:szCs w:val="18"/>
        <w:lang w:val="ru-RU"/>
      </w:rPr>
      <w:t>.</w:t>
    </w:r>
    <w:r>
      <w:rPr>
        <w:sz w:val="18"/>
        <w:szCs w:val="18"/>
      </w:rPr>
      <w:t>yakushev</w:t>
    </w:r>
    <w:r w:rsidRPr="005C0278">
      <w:rPr>
        <w:sz w:val="18"/>
        <w:szCs w:val="18"/>
        <w:lang w:val="ru-RU"/>
      </w:rPr>
      <w:t>.2026@</w:t>
    </w:r>
    <w:r>
      <w:rPr>
        <w:sz w:val="18"/>
        <w:szCs w:val="18"/>
      </w:rPr>
      <w:t>mail</w:t>
    </w:r>
    <w:r w:rsidRPr="005C0278"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 w:rsidRPr="005C0278">
      <w:rPr>
        <w:sz w:val="18"/>
        <w:szCs w:val="18"/>
        <w:lang w:val="ru-RU"/>
      </w:rPr>
      <w:t xml:space="preserve"> </w:t>
    </w:r>
    <w:r w:rsidR="00096152" w:rsidRPr="005C0278">
      <w:rPr>
        <w:rFonts w:cs="Calibri"/>
        <w:color w:val="5A6270"/>
        <w:sz w:val="18"/>
        <w:lang w:val="ru-RU"/>
      </w:rPr>
      <w:t xml:space="preserve">|  </w:t>
    </w:r>
    <w:r>
      <w:rPr>
        <w:rFonts w:cs="Calibri"/>
        <w:color w:val="5A6270"/>
        <w:sz w:val="18"/>
      </w:rPr>
      <w:t>mikhailyaksuhev.com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6152"/>
    <w:rsid w:val="0015074B"/>
    <w:rsid w:val="0025589A"/>
    <w:rsid w:val="0029639D"/>
    <w:rsid w:val="00326F90"/>
    <w:rsid w:val="00553449"/>
    <w:rsid w:val="005C0278"/>
    <w:rsid w:val="00611AB8"/>
    <w:rsid w:val="00642702"/>
    <w:rsid w:val="00767FF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00" w:line="269" w:lineRule="auto"/>
      <w:outlineLvl w:val="0"/>
    </w:pPr>
    <w:rPr>
      <w:rFonts w:asciiTheme="majorHAnsi" w:eastAsiaTheme="majorEastAsia" w:hAnsiTheme="majorHAnsi" w:cstheme="majorBidi"/>
      <w:b/>
      <w:bCs/>
      <w:color w:val="1F4D78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00" w:line="269" w:lineRule="auto"/>
      <w:outlineLvl w:val="1"/>
    </w:pPr>
    <w:rPr>
      <w:rFonts w:asciiTheme="majorHAnsi" w:eastAsiaTheme="majorEastAsia" w:hAnsiTheme="majorHAnsi" w:cstheme="majorBidi"/>
      <w:b/>
      <w:bCs/>
      <w:color w:val="1F4D78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00" w:line="269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C02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00" w:line="269" w:lineRule="auto"/>
      <w:outlineLvl w:val="0"/>
    </w:pPr>
    <w:rPr>
      <w:rFonts w:asciiTheme="majorHAnsi" w:eastAsiaTheme="majorEastAsia" w:hAnsiTheme="majorHAnsi" w:cstheme="majorBidi"/>
      <w:b/>
      <w:bCs/>
      <w:color w:val="1F4D78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00" w:line="269" w:lineRule="auto"/>
      <w:outlineLvl w:val="1"/>
    </w:pPr>
    <w:rPr>
      <w:rFonts w:asciiTheme="majorHAnsi" w:eastAsiaTheme="majorEastAsia" w:hAnsiTheme="majorHAnsi" w:cstheme="majorBidi"/>
      <w:b/>
      <w:bCs/>
      <w:color w:val="1F4D78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00" w:line="269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C02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6C58E0-1E30-4603-880A-CBF41DB07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субъекта на обработку персональных данных</vt:lpstr>
      <vt:lpstr/>
    </vt:vector>
  </TitlesOfParts>
  <Manager/>
  <Company/>
  <LinksUpToDate>false</LinksUpToDate>
  <CharactersWithSpaces>4408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субъекта на обработку персональных данных</dc:title>
  <dc:subject>M Social Production</dc:subject>
  <dc:creator>ООО «М-Сошал»</dc:creator>
  <cp:keywords/>
  <dc:description>generated by python-docx</dc:description>
  <cp:lastModifiedBy>Mikhail</cp:lastModifiedBy>
  <cp:revision>4</cp:revision>
  <dcterms:created xsi:type="dcterms:W3CDTF">2013-12-23T23:15:00Z</dcterms:created>
  <dcterms:modified xsi:type="dcterms:W3CDTF">2026-08-09T10:21:00Z</dcterms:modified>
  <cp:category/>
</cp:coreProperties>
</file>